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17C46" w14:textId="23BF9074" w:rsidR="00807577" w:rsidRPr="00AF527E" w:rsidRDefault="00000000">
      <w:pPr>
        <w:pStyle w:val="a8"/>
        <w:rPr>
          <w:lang w:val="el-GR"/>
        </w:rPr>
      </w:pPr>
      <w:r w:rsidRPr="00AF527E">
        <w:rPr>
          <w:lang w:val="el-GR"/>
        </w:rPr>
        <w:t xml:space="preserve">Ενδεικτικό δείγμα </w:t>
      </w:r>
      <w:r w:rsidR="00AF527E">
        <w:rPr>
          <w:lang w:val="el-GR"/>
        </w:rPr>
        <w:t xml:space="preserve">εξέτασης </w:t>
      </w:r>
      <w:r w:rsidRPr="00AF527E">
        <w:rPr>
          <w:lang w:val="el-GR"/>
        </w:rPr>
        <w:t>αγγλικών</w:t>
      </w:r>
    </w:p>
    <w:p w14:paraId="0B303F60" w14:textId="427B15F0" w:rsidR="00807577" w:rsidRPr="00AF527E" w:rsidRDefault="00000000">
      <w:pPr>
        <w:rPr>
          <w:lang w:val="el-GR"/>
        </w:rPr>
      </w:pPr>
      <w:r w:rsidRPr="00AF527E">
        <w:rPr>
          <w:lang w:val="el-GR"/>
        </w:rPr>
        <w:t xml:space="preserve">Ενδεικτικό δείγμα </w:t>
      </w:r>
      <w:r w:rsidR="00AF527E">
        <w:rPr>
          <w:lang w:val="el-GR"/>
        </w:rPr>
        <w:t>εξέτασης για τους υποψήφιους του ΠΜΣ που δεν διαθέτουν πιστοποιητικό αγγλικής</w:t>
      </w:r>
      <w:r w:rsidRPr="00AF527E">
        <w:rPr>
          <w:lang w:val="el-GR"/>
        </w:rPr>
        <w:t xml:space="preserve">. </w:t>
      </w:r>
    </w:p>
    <w:p w14:paraId="54FC0962" w14:textId="48666063" w:rsidR="00807577" w:rsidRPr="00AF527E" w:rsidRDefault="00000000">
      <w:pPr>
        <w:pStyle w:val="1"/>
        <w:rPr>
          <w:lang w:val="el-GR"/>
        </w:rPr>
      </w:pPr>
      <w:r w:rsidRPr="00AF527E">
        <w:rPr>
          <w:lang w:val="el-GR"/>
        </w:rPr>
        <w:t xml:space="preserve">Οδηγίες </w:t>
      </w:r>
    </w:p>
    <w:p w14:paraId="6400E7B1" w14:textId="4BF77880" w:rsidR="00807577" w:rsidRPr="00AF527E" w:rsidRDefault="00000000">
      <w:pPr>
        <w:rPr>
          <w:lang w:val="el-GR"/>
        </w:rPr>
      </w:pPr>
      <w:r w:rsidRPr="00AF527E">
        <w:rPr>
          <w:lang w:val="el-GR"/>
        </w:rPr>
        <w:t xml:space="preserve">Διαβάστε τα δύο κείμενα </w:t>
      </w:r>
      <w:r w:rsidR="00AF527E">
        <w:rPr>
          <w:lang w:val="el-GR"/>
        </w:rPr>
        <w:t xml:space="preserve">Α και Β </w:t>
      </w:r>
      <w:r w:rsidRPr="00AF527E">
        <w:rPr>
          <w:lang w:val="el-GR"/>
        </w:rPr>
        <w:t xml:space="preserve">και επιλέξτε μία απάντηση σε κάθε ερώτηση. Δεν απαιτούνται προηγούμενες γνώσεις Δασολογίας ή </w:t>
      </w:r>
      <w:r>
        <w:t>GIS</w:t>
      </w:r>
      <w:r w:rsidRPr="00AF527E">
        <w:rPr>
          <w:lang w:val="el-GR"/>
        </w:rPr>
        <w:t>. Το γλωσσάρι είναι βοήθημα για το παρόν δείγμα.</w:t>
      </w:r>
    </w:p>
    <w:p w14:paraId="11C54B25" w14:textId="38E89FEF" w:rsidR="00807577" w:rsidRPr="00AF527E" w:rsidRDefault="00000000">
      <w:pPr>
        <w:rPr>
          <w:lang w:val="el-GR"/>
        </w:rPr>
      </w:pPr>
      <w:r w:rsidRPr="00AF527E">
        <w:rPr>
          <w:lang w:val="el-GR"/>
        </w:rPr>
        <w:t xml:space="preserve">10 ερωτήσεις • Ενδεικτικός χρόνος </w:t>
      </w:r>
      <w:r w:rsidR="00AF527E">
        <w:rPr>
          <w:lang w:val="el-GR"/>
        </w:rPr>
        <w:t>20</w:t>
      </w:r>
      <w:r w:rsidRPr="00AF527E">
        <w:rPr>
          <w:lang w:val="el-GR"/>
        </w:rPr>
        <w:t xml:space="preserve"> λεπτά • Μπορείτε να επαναλάβετε το δείγμα όσες φορές θέλετε</w:t>
      </w:r>
      <w:r w:rsidR="00AF527E">
        <w:rPr>
          <w:lang w:val="el-GR"/>
        </w:rPr>
        <w:t>.</w:t>
      </w:r>
    </w:p>
    <w:p w14:paraId="58E075C0" w14:textId="77777777" w:rsidR="00807577" w:rsidRDefault="00000000">
      <w:pPr>
        <w:pStyle w:val="1"/>
      </w:pPr>
      <w:r>
        <w:t>Μέρος Α  Κατανόηση κειμένου</w:t>
      </w:r>
    </w:p>
    <w:p w14:paraId="36122024" w14:textId="77777777" w:rsidR="00807577" w:rsidRDefault="00000000">
      <w:pPr>
        <w:pStyle w:val="21"/>
      </w:pPr>
      <w:r>
        <w:t>A team in the forest</w:t>
      </w:r>
    </w:p>
    <w:p w14:paraId="7067D34D" w14:textId="77777777" w:rsidR="00807577" w:rsidRDefault="00000000">
      <w:r>
        <w:t>Anna and her team study a forest. They visit it every Monday. They count the trees and measure their height. They use a map to find the trees.</w:t>
      </w:r>
    </w:p>
    <w:p w14:paraId="5A222316" w14:textId="77777777" w:rsidR="00807577" w:rsidRDefault="00000000">
      <w:r>
        <w:t>At the office, they put the numbers in a table. They write a short report in English. The report is about the forest.</w:t>
      </w:r>
    </w:p>
    <w:p w14:paraId="6AA8F568" w14:textId="77777777" w:rsidR="00807577" w:rsidRDefault="00000000">
      <w:r>
        <w:t>Γλωσσάρι: forest: δάσος · trees: δέντρα · count: μετρώ πόσα υπάρχουν · height: ύψος · map: χάρτης · table: πίνακας · report: έκθεση ή αναφορά</w:t>
      </w:r>
    </w:p>
    <w:p w14:paraId="6EDB7EA1" w14:textId="472A90E0" w:rsidR="00807577" w:rsidRPr="00AF527E" w:rsidRDefault="00000000">
      <w:pPr>
        <w:rPr>
          <w:lang w:val="el-GR"/>
        </w:rPr>
      </w:pPr>
      <w:r w:rsidRPr="00AF527E">
        <w:rPr>
          <w:lang w:val="el-GR"/>
        </w:rPr>
        <w:t xml:space="preserve">Οι ερωτήσεις 1–8 αφορούν </w:t>
      </w:r>
      <w:r w:rsidR="00AF527E">
        <w:rPr>
          <w:lang w:val="el-GR"/>
        </w:rPr>
        <w:t>σ</w:t>
      </w:r>
      <w:r w:rsidRPr="00AF527E">
        <w:rPr>
          <w:lang w:val="el-GR"/>
        </w:rPr>
        <w:t xml:space="preserve">το παραπάνω κείμενο. Επιλέξτε μία απάντηση </w:t>
      </w:r>
      <w:r>
        <w:t>A</w:t>
      </w:r>
      <w:r w:rsidRPr="00AF527E">
        <w:rPr>
          <w:lang w:val="el-GR"/>
        </w:rPr>
        <w:t xml:space="preserve">, </w:t>
      </w:r>
      <w:r>
        <w:t>B</w:t>
      </w:r>
      <w:r w:rsidRPr="00AF527E">
        <w:rPr>
          <w:lang w:val="el-GR"/>
        </w:rPr>
        <w:t xml:space="preserve">, </w:t>
      </w:r>
      <w:r>
        <w:t>C</w:t>
      </w:r>
      <w:r w:rsidRPr="00AF527E">
        <w:rPr>
          <w:lang w:val="el-GR"/>
        </w:rPr>
        <w:t xml:space="preserve"> ή </w:t>
      </w:r>
      <w:r>
        <w:t>D</w:t>
      </w:r>
      <w:r w:rsidRPr="00AF527E">
        <w:rPr>
          <w:lang w:val="el-GR"/>
        </w:rPr>
        <w:t>.</w:t>
      </w:r>
    </w:p>
    <w:p w14:paraId="7595DD3F" w14:textId="77777777" w:rsidR="00807577" w:rsidRDefault="00000000">
      <w:pPr>
        <w:keepNext/>
      </w:pPr>
      <w:r>
        <w:rPr>
          <w:b/>
        </w:rPr>
        <w:t>1. What do Anna and her team study?</w:t>
      </w:r>
    </w:p>
    <w:p w14:paraId="1155B659" w14:textId="77777777" w:rsidR="00807577" w:rsidRDefault="00000000">
      <w:pPr>
        <w:keepNext/>
        <w:tabs>
          <w:tab w:val="left" w:pos="4824"/>
        </w:tabs>
        <w:spacing w:after="40"/>
        <w:ind w:left="202"/>
      </w:pPr>
      <w:r>
        <w:t>○  A. A river.</w:t>
      </w:r>
      <w:r>
        <w:tab/>
        <w:t>○  B. A forest.</w:t>
      </w:r>
    </w:p>
    <w:p w14:paraId="20411C92" w14:textId="77777777" w:rsidR="00807577" w:rsidRDefault="00000000">
      <w:pPr>
        <w:tabs>
          <w:tab w:val="left" w:pos="4824"/>
        </w:tabs>
        <w:spacing w:after="200"/>
        <w:ind w:left="202"/>
      </w:pPr>
      <w:r>
        <w:t>○  C. A beach.</w:t>
      </w:r>
      <w:r>
        <w:tab/>
        <w:t>○  D. A lake.</w:t>
      </w:r>
    </w:p>
    <w:p w14:paraId="7CF1D544" w14:textId="77777777" w:rsidR="00807577" w:rsidRDefault="00000000">
      <w:pPr>
        <w:keepNext/>
      </w:pPr>
      <w:r>
        <w:rPr>
          <w:b/>
        </w:rPr>
        <w:t>2. When do they visit the forest?</w:t>
      </w:r>
    </w:p>
    <w:p w14:paraId="648F95CD" w14:textId="77777777" w:rsidR="00807577" w:rsidRDefault="00000000">
      <w:pPr>
        <w:keepNext/>
        <w:tabs>
          <w:tab w:val="left" w:pos="4824"/>
        </w:tabs>
        <w:spacing w:after="40"/>
        <w:ind w:left="202"/>
      </w:pPr>
      <w:r>
        <w:t>○  A. Every Friday.</w:t>
      </w:r>
      <w:r>
        <w:tab/>
        <w:t>○  B. Every Wednesday.</w:t>
      </w:r>
    </w:p>
    <w:p w14:paraId="7372BC4D" w14:textId="77777777" w:rsidR="00807577" w:rsidRDefault="00000000">
      <w:pPr>
        <w:tabs>
          <w:tab w:val="left" w:pos="4824"/>
        </w:tabs>
        <w:spacing w:after="200"/>
        <w:ind w:left="202"/>
      </w:pPr>
      <w:r>
        <w:t>○  C. Every Monday.</w:t>
      </w:r>
      <w:r>
        <w:tab/>
        <w:t>○  D. Every Tuesday.</w:t>
      </w:r>
    </w:p>
    <w:p w14:paraId="13AEC638" w14:textId="77777777" w:rsidR="00807577" w:rsidRDefault="00000000">
      <w:pPr>
        <w:keepNext/>
      </w:pPr>
      <w:r>
        <w:rPr>
          <w:b/>
        </w:rPr>
        <w:t>3. What do they count?</w:t>
      </w:r>
    </w:p>
    <w:p w14:paraId="32F709B8" w14:textId="77777777" w:rsidR="00807577" w:rsidRDefault="00000000">
      <w:pPr>
        <w:keepNext/>
        <w:tabs>
          <w:tab w:val="left" w:pos="4824"/>
        </w:tabs>
        <w:spacing w:after="40"/>
        <w:ind w:left="202"/>
      </w:pPr>
      <w:r>
        <w:t>○  A. The trees.</w:t>
      </w:r>
      <w:r>
        <w:tab/>
        <w:t>○  B. The birds.</w:t>
      </w:r>
    </w:p>
    <w:p w14:paraId="4A3C943C" w14:textId="77777777" w:rsidR="00807577" w:rsidRPr="00AF527E" w:rsidRDefault="00000000">
      <w:pPr>
        <w:tabs>
          <w:tab w:val="left" w:pos="4824"/>
        </w:tabs>
        <w:spacing w:after="200"/>
        <w:ind w:left="202"/>
        <w:rPr>
          <w:lang w:val="el-GR"/>
        </w:rPr>
      </w:pPr>
      <w:r>
        <w:t>○  C. The flowers.</w:t>
      </w:r>
      <w:r>
        <w:tab/>
      </w:r>
      <w:r w:rsidRPr="00AF527E">
        <w:rPr>
          <w:lang w:val="el-GR"/>
        </w:rPr>
        <w:t xml:space="preserve">○  </w:t>
      </w:r>
      <w:r>
        <w:t>D</w:t>
      </w:r>
      <w:r w:rsidRPr="00AF527E">
        <w:rPr>
          <w:lang w:val="el-GR"/>
        </w:rPr>
        <w:t xml:space="preserve">. </w:t>
      </w:r>
      <w:r>
        <w:t>The</w:t>
      </w:r>
      <w:r w:rsidRPr="00AF527E">
        <w:rPr>
          <w:lang w:val="el-GR"/>
        </w:rPr>
        <w:t xml:space="preserve"> </w:t>
      </w:r>
      <w:r>
        <w:t>cars</w:t>
      </w:r>
      <w:r w:rsidRPr="00AF527E">
        <w:rPr>
          <w:lang w:val="el-GR"/>
        </w:rPr>
        <w:t>.</w:t>
      </w:r>
    </w:p>
    <w:p w14:paraId="110FAB13" w14:textId="77777777" w:rsidR="00807577" w:rsidRPr="00AF527E" w:rsidRDefault="00000000">
      <w:pPr>
        <w:rPr>
          <w:lang w:val="el-GR"/>
        </w:rPr>
      </w:pPr>
      <w:r w:rsidRPr="00AF527E">
        <w:rPr>
          <w:lang w:val="el-GR"/>
        </w:rPr>
        <w:br w:type="page"/>
      </w:r>
    </w:p>
    <w:p w14:paraId="2122B33F" w14:textId="77777777" w:rsidR="00807577" w:rsidRPr="00AF527E" w:rsidRDefault="00000000">
      <w:pPr>
        <w:pStyle w:val="1"/>
        <w:rPr>
          <w:lang w:val="el-GR"/>
        </w:rPr>
      </w:pPr>
      <w:r w:rsidRPr="00AF527E">
        <w:rPr>
          <w:lang w:val="el-GR"/>
        </w:rPr>
        <w:lastRenderedPageBreak/>
        <w:t>Συνέχεια της εξάσκησης</w:t>
      </w:r>
    </w:p>
    <w:p w14:paraId="4B434C55" w14:textId="77777777" w:rsidR="00807577" w:rsidRPr="00AF527E" w:rsidRDefault="00000000">
      <w:pPr>
        <w:rPr>
          <w:lang w:val="el-GR"/>
        </w:rPr>
      </w:pPr>
      <w:r w:rsidRPr="00AF527E">
        <w:rPr>
          <w:lang w:val="el-GR"/>
        </w:rPr>
        <w:t>Για τις ερωτήσεις 4–8, μπορείτε να επιστρέφετε στο κείμενο της πρώτης σελίδας.</w:t>
      </w:r>
    </w:p>
    <w:p w14:paraId="6FD4278D" w14:textId="77777777" w:rsidR="00807577" w:rsidRDefault="00000000">
      <w:pPr>
        <w:keepNext/>
      </w:pPr>
      <w:r>
        <w:rPr>
          <w:b/>
        </w:rPr>
        <w:t>4. What do they measure?</w:t>
      </w:r>
    </w:p>
    <w:p w14:paraId="38FE41C9" w14:textId="77777777" w:rsidR="00807577" w:rsidRDefault="00000000">
      <w:pPr>
        <w:keepNext/>
        <w:tabs>
          <w:tab w:val="left" w:pos="4824"/>
        </w:tabs>
        <w:spacing w:after="40"/>
        <w:ind w:left="202"/>
      </w:pPr>
      <w:r>
        <w:t>○  A. Their age.</w:t>
      </w:r>
      <w:r>
        <w:tab/>
        <w:t>○  B. Their weight.</w:t>
      </w:r>
    </w:p>
    <w:p w14:paraId="0D2E95B6" w14:textId="77777777" w:rsidR="00807577" w:rsidRDefault="00000000">
      <w:pPr>
        <w:tabs>
          <w:tab w:val="left" w:pos="4824"/>
        </w:tabs>
        <w:spacing w:after="200"/>
        <w:ind w:left="202"/>
      </w:pPr>
      <w:r>
        <w:t>○  C. Their colour.</w:t>
      </w:r>
      <w:r>
        <w:tab/>
        <w:t>○  D. Their height.</w:t>
      </w:r>
    </w:p>
    <w:p w14:paraId="4F322ADA" w14:textId="77777777" w:rsidR="00807577" w:rsidRDefault="00000000">
      <w:pPr>
        <w:keepNext/>
      </w:pPr>
      <w:r>
        <w:rPr>
          <w:b/>
        </w:rPr>
        <w:t>5. What do they use to find the trees?</w:t>
      </w:r>
    </w:p>
    <w:p w14:paraId="52A2CED3" w14:textId="77777777" w:rsidR="00807577" w:rsidRDefault="00000000">
      <w:pPr>
        <w:keepNext/>
        <w:tabs>
          <w:tab w:val="left" w:pos="4824"/>
        </w:tabs>
        <w:spacing w:after="40"/>
        <w:ind w:left="202"/>
      </w:pPr>
      <w:r>
        <w:t>○  A. A ruler.</w:t>
      </w:r>
      <w:r>
        <w:tab/>
        <w:t>○  B. A map.</w:t>
      </w:r>
    </w:p>
    <w:p w14:paraId="4AE5687E" w14:textId="77777777" w:rsidR="00807577" w:rsidRDefault="00000000">
      <w:pPr>
        <w:tabs>
          <w:tab w:val="left" w:pos="4824"/>
        </w:tabs>
        <w:spacing w:after="200"/>
        <w:ind w:left="202"/>
      </w:pPr>
      <w:r>
        <w:t>○  C. A book.</w:t>
      </w:r>
      <w:r>
        <w:tab/>
        <w:t>○  D. A watch.</w:t>
      </w:r>
    </w:p>
    <w:p w14:paraId="5DE67C91" w14:textId="77777777" w:rsidR="00807577" w:rsidRDefault="00000000">
      <w:pPr>
        <w:keepNext/>
      </w:pPr>
      <w:r>
        <w:rPr>
          <w:b/>
        </w:rPr>
        <w:t>6. Where do they put the numbers?</w:t>
      </w:r>
    </w:p>
    <w:p w14:paraId="6E45BBDC" w14:textId="77777777" w:rsidR="00807577" w:rsidRDefault="00000000">
      <w:pPr>
        <w:keepNext/>
        <w:tabs>
          <w:tab w:val="left" w:pos="4824"/>
        </w:tabs>
        <w:spacing w:after="40"/>
        <w:ind w:left="202"/>
      </w:pPr>
      <w:r>
        <w:t>○  A. In a book.</w:t>
      </w:r>
      <w:r>
        <w:tab/>
        <w:t>○  B. In a letter.</w:t>
      </w:r>
    </w:p>
    <w:p w14:paraId="0444EA6D" w14:textId="77777777" w:rsidR="00807577" w:rsidRDefault="00000000">
      <w:pPr>
        <w:tabs>
          <w:tab w:val="left" w:pos="4824"/>
        </w:tabs>
        <w:spacing w:after="200"/>
        <w:ind w:left="202"/>
      </w:pPr>
      <w:r>
        <w:t>○  C. In a table.</w:t>
      </w:r>
      <w:r>
        <w:tab/>
        <w:t>○  D. In a diary.</w:t>
      </w:r>
    </w:p>
    <w:p w14:paraId="62E202AE" w14:textId="77777777" w:rsidR="00807577" w:rsidRDefault="00000000">
      <w:pPr>
        <w:keepNext/>
      </w:pPr>
      <w:r>
        <w:rPr>
          <w:b/>
        </w:rPr>
        <w:t>7. What do they write?</w:t>
      </w:r>
    </w:p>
    <w:p w14:paraId="138DB810" w14:textId="77777777" w:rsidR="00807577" w:rsidRDefault="00000000">
      <w:pPr>
        <w:keepNext/>
        <w:tabs>
          <w:tab w:val="left" w:pos="4824"/>
        </w:tabs>
        <w:spacing w:after="40"/>
        <w:ind w:left="202"/>
      </w:pPr>
      <w:r>
        <w:t>○  A. A short report.</w:t>
      </w:r>
      <w:r>
        <w:tab/>
        <w:t>○  B. A short story.</w:t>
      </w:r>
    </w:p>
    <w:p w14:paraId="3EDAF20A" w14:textId="77777777" w:rsidR="00807577" w:rsidRDefault="00000000">
      <w:pPr>
        <w:tabs>
          <w:tab w:val="left" w:pos="4824"/>
        </w:tabs>
        <w:spacing w:after="200"/>
        <w:ind w:left="202"/>
      </w:pPr>
      <w:r>
        <w:t>○  C. A short email.</w:t>
      </w:r>
      <w:r>
        <w:tab/>
        <w:t>○  D. A short letter.</w:t>
      </w:r>
    </w:p>
    <w:p w14:paraId="70843442" w14:textId="77777777" w:rsidR="00807577" w:rsidRDefault="00000000">
      <w:pPr>
        <w:keepNext/>
      </w:pPr>
      <w:r>
        <w:rPr>
          <w:b/>
        </w:rPr>
        <w:t>8. What language is the report in?</w:t>
      </w:r>
    </w:p>
    <w:p w14:paraId="1AD5C4E2" w14:textId="77777777" w:rsidR="00807577" w:rsidRDefault="00000000">
      <w:pPr>
        <w:keepNext/>
        <w:tabs>
          <w:tab w:val="left" w:pos="4824"/>
        </w:tabs>
        <w:spacing w:after="40"/>
        <w:ind w:left="202"/>
      </w:pPr>
      <w:r>
        <w:t>○  A. Greek.</w:t>
      </w:r>
      <w:r>
        <w:tab/>
        <w:t>○  B. French.</w:t>
      </w:r>
    </w:p>
    <w:p w14:paraId="15EEE427" w14:textId="77777777" w:rsidR="00807577" w:rsidRPr="00AF527E" w:rsidRDefault="00000000">
      <w:pPr>
        <w:tabs>
          <w:tab w:val="left" w:pos="4824"/>
        </w:tabs>
        <w:spacing w:after="200"/>
        <w:ind w:left="202"/>
        <w:rPr>
          <w:lang w:val="el-GR"/>
        </w:rPr>
      </w:pPr>
      <w:r>
        <w:t>○  C. German.</w:t>
      </w:r>
      <w:r>
        <w:tab/>
      </w:r>
      <w:r w:rsidRPr="00AF527E">
        <w:rPr>
          <w:lang w:val="el-GR"/>
        </w:rPr>
        <w:t xml:space="preserve">○  </w:t>
      </w:r>
      <w:r>
        <w:t>D</w:t>
      </w:r>
      <w:r w:rsidRPr="00AF527E">
        <w:rPr>
          <w:lang w:val="el-GR"/>
        </w:rPr>
        <w:t xml:space="preserve">. </w:t>
      </w:r>
      <w:r>
        <w:t>English</w:t>
      </w:r>
      <w:r w:rsidRPr="00AF527E">
        <w:rPr>
          <w:lang w:val="el-GR"/>
        </w:rPr>
        <w:t>.</w:t>
      </w:r>
    </w:p>
    <w:p w14:paraId="08B35BAD" w14:textId="77777777" w:rsidR="00807577" w:rsidRPr="00AF527E" w:rsidRDefault="00000000">
      <w:pPr>
        <w:pStyle w:val="21"/>
        <w:rPr>
          <w:lang w:val="el-GR"/>
        </w:rPr>
      </w:pPr>
      <w:r w:rsidRPr="00AF527E">
        <w:rPr>
          <w:lang w:val="el-GR"/>
        </w:rPr>
        <w:t>Μέρος Β  Κατανόηση σύντομου μηνύματος</w:t>
      </w:r>
    </w:p>
    <w:p w14:paraId="63D0B577" w14:textId="77777777" w:rsidR="00807577" w:rsidRPr="00AF527E" w:rsidRDefault="00000000">
      <w:pPr>
        <w:rPr>
          <w:lang w:val="el-GR"/>
        </w:rPr>
      </w:pPr>
      <w:r>
        <w:t>Hello! Our online meeting is on Tuesday. Please read the forest report before the meeting. Thank</w:t>
      </w:r>
      <w:r w:rsidRPr="00AF527E">
        <w:rPr>
          <w:lang w:val="el-GR"/>
        </w:rPr>
        <w:t xml:space="preserve"> </w:t>
      </w:r>
      <w:r>
        <w:t>you</w:t>
      </w:r>
      <w:r w:rsidRPr="00AF527E">
        <w:rPr>
          <w:lang w:val="el-GR"/>
        </w:rPr>
        <w:t>.</w:t>
      </w:r>
    </w:p>
    <w:p w14:paraId="06996714" w14:textId="77777777" w:rsidR="00807577" w:rsidRDefault="00000000">
      <w:pPr>
        <w:keepNext/>
      </w:pPr>
      <w:r>
        <w:rPr>
          <w:b/>
        </w:rPr>
        <w:t>9. When is the online meeting?</w:t>
      </w:r>
    </w:p>
    <w:p w14:paraId="461430D9" w14:textId="77777777" w:rsidR="00807577" w:rsidRDefault="00000000">
      <w:pPr>
        <w:keepNext/>
        <w:tabs>
          <w:tab w:val="left" w:pos="4824"/>
        </w:tabs>
        <w:spacing w:after="40"/>
        <w:ind w:left="202"/>
      </w:pPr>
      <w:r>
        <w:t>○  A. On Monday.</w:t>
      </w:r>
      <w:r>
        <w:tab/>
        <w:t>○  B. On Tuesday.</w:t>
      </w:r>
    </w:p>
    <w:p w14:paraId="0FA2D2B8" w14:textId="77777777" w:rsidR="00807577" w:rsidRDefault="00000000">
      <w:pPr>
        <w:tabs>
          <w:tab w:val="left" w:pos="4824"/>
        </w:tabs>
        <w:spacing w:after="200"/>
        <w:ind w:left="202"/>
      </w:pPr>
      <w:r>
        <w:t>○  C. On Wednesday.</w:t>
      </w:r>
      <w:r>
        <w:tab/>
        <w:t>○  D. On Friday.</w:t>
      </w:r>
    </w:p>
    <w:p w14:paraId="747AA72B" w14:textId="77777777" w:rsidR="00807577" w:rsidRDefault="00000000">
      <w:pPr>
        <w:keepNext/>
      </w:pPr>
      <w:r>
        <w:rPr>
          <w:b/>
        </w:rPr>
        <w:t>10. What should you read before the meeting?</w:t>
      </w:r>
    </w:p>
    <w:p w14:paraId="206C2405" w14:textId="77777777" w:rsidR="00807577" w:rsidRDefault="00000000">
      <w:pPr>
        <w:keepNext/>
        <w:tabs>
          <w:tab w:val="left" w:pos="4824"/>
        </w:tabs>
        <w:spacing w:after="40"/>
        <w:ind w:left="202"/>
      </w:pPr>
      <w:r>
        <w:t>○  A. A map.</w:t>
      </w:r>
      <w:r>
        <w:tab/>
        <w:t>○  B. A book.</w:t>
      </w:r>
    </w:p>
    <w:p w14:paraId="6FAE8FFB" w14:textId="77777777" w:rsidR="00807577" w:rsidRDefault="00000000">
      <w:pPr>
        <w:tabs>
          <w:tab w:val="left" w:pos="4824"/>
        </w:tabs>
        <w:spacing w:after="200"/>
        <w:ind w:left="202"/>
      </w:pPr>
      <w:r>
        <w:t>○  C. The forest report.</w:t>
      </w:r>
      <w:r>
        <w:tab/>
        <w:t>○  D. An email.</w:t>
      </w:r>
    </w:p>
    <w:p w14:paraId="16D68AEB" w14:textId="77777777" w:rsidR="00807577" w:rsidRDefault="00000000">
      <w:r>
        <w:br w:type="page"/>
      </w:r>
    </w:p>
    <w:p w14:paraId="3F9C213A" w14:textId="77777777" w:rsidR="00807577" w:rsidRPr="00AF527E" w:rsidRDefault="00000000">
      <w:pPr>
        <w:pStyle w:val="1"/>
        <w:rPr>
          <w:lang w:val="el-GR"/>
        </w:rPr>
      </w:pPr>
      <w:r w:rsidRPr="00AF527E">
        <w:rPr>
          <w:lang w:val="el-GR"/>
        </w:rPr>
        <w:lastRenderedPageBreak/>
        <w:t>Απαντήσεις και σύντομες εξηγήσεις</w:t>
      </w:r>
    </w:p>
    <w:p w14:paraId="63B38F53" w14:textId="77777777" w:rsidR="00807577" w:rsidRPr="00AF527E" w:rsidRDefault="00000000">
      <w:pPr>
        <w:rPr>
          <w:lang w:val="el-GR"/>
        </w:rPr>
      </w:pPr>
      <w:r w:rsidRPr="00AF527E">
        <w:rPr>
          <w:lang w:val="el-GR"/>
        </w:rPr>
        <w:t>Ελέγξτε τις απαντήσεις σας και επιστρέψτε στα σημεία του κειμένου που σας δυσκόλεψαν. Μπορείτε να επαναλάβετε το δείγμα όσες φορές θέλετε.</w:t>
      </w:r>
    </w:p>
    <w:p w14:paraId="7A8E5A83" w14:textId="77777777" w:rsidR="00807577" w:rsidRPr="00AF527E" w:rsidRDefault="00000000">
      <w:pPr>
        <w:rPr>
          <w:lang w:val="el-GR"/>
        </w:rPr>
      </w:pPr>
      <w:r w:rsidRPr="00AF527E">
        <w:rPr>
          <w:lang w:val="el-GR"/>
        </w:rPr>
        <w:t>Στο δείγμα, κάθε σωστή απάντηση δίνει 1 μονάδα. Δεν αφαιρούνται μονάδες για λανθασμένες απαντήσεις.</w:t>
      </w:r>
    </w:p>
    <w:p w14:paraId="42333AFE" w14:textId="77777777" w:rsidR="00807577" w:rsidRPr="00AF527E" w:rsidRDefault="00000000">
      <w:pPr>
        <w:spacing w:after="220"/>
        <w:rPr>
          <w:lang w:val="el-GR"/>
        </w:rPr>
      </w:pPr>
      <w:r w:rsidRPr="00AF527E">
        <w:rPr>
          <w:b/>
          <w:lang w:val="el-GR"/>
        </w:rPr>
        <w:t xml:space="preserve">1. </w:t>
      </w:r>
      <w:r>
        <w:rPr>
          <w:b/>
        </w:rPr>
        <w:t>B</w:t>
      </w:r>
      <w:r w:rsidRPr="00AF527E">
        <w:rPr>
          <w:b/>
          <w:lang w:val="el-GR"/>
        </w:rPr>
        <w:t xml:space="preserve">  </w:t>
      </w:r>
      <w:r w:rsidRPr="00AF527E">
        <w:rPr>
          <w:lang w:val="el-GR"/>
        </w:rPr>
        <w:t>Η πρώτη πρόταση λέει «</w:t>
      </w:r>
      <w:r>
        <w:t>study</w:t>
      </w:r>
      <w:r w:rsidRPr="00AF527E">
        <w:rPr>
          <w:lang w:val="el-GR"/>
        </w:rPr>
        <w:t xml:space="preserve"> </w:t>
      </w:r>
      <w:r>
        <w:t>a</w:t>
      </w:r>
      <w:r w:rsidRPr="00AF527E">
        <w:rPr>
          <w:lang w:val="el-GR"/>
        </w:rPr>
        <w:t xml:space="preserve"> </w:t>
      </w:r>
      <w:r>
        <w:t>forest</w:t>
      </w:r>
      <w:r w:rsidRPr="00AF527E">
        <w:rPr>
          <w:lang w:val="el-GR"/>
        </w:rPr>
        <w:t>»: μελετούν ένα δάσος.</w:t>
      </w:r>
    </w:p>
    <w:p w14:paraId="426AEF3A" w14:textId="77777777" w:rsidR="00807577" w:rsidRPr="00AF527E" w:rsidRDefault="00000000">
      <w:pPr>
        <w:spacing w:after="220"/>
        <w:rPr>
          <w:lang w:val="el-GR"/>
        </w:rPr>
      </w:pPr>
      <w:r w:rsidRPr="00AF527E">
        <w:rPr>
          <w:b/>
          <w:lang w:val="el-GR"/>
        </w:rPr>
        <w:t xml:space="preserve">2. </w:t>
      </w:r>
      <w:r>
        <w:rPr>
          <w:b/>
        </w:rPr>
        <w:t>C</w:t>
      </w:r>
      <w:r w:rsidRPr="00AF527E">
        <w:rPr>
          <w:b/>
          <w:lang w:val="el-GR"/>
        </w:rPr>
        <w:t xml:space="preserve">  </w:t>
      </w:r>
      <w:r w:rsidRPr="00AF527E">
        <w:rPr>
          <w:lang w:val="el-GR"/>
        </w:rPr>
        <w:t>Το «</w:t>
      </w:r>
      <w:r>
        <w:t>every</w:t>
      </w:r>
      <w:r w:rsidRPr="00AF527E">
        <w:rPr>
          <w:lang w:val="el-GR"/>
        </w:rPr>
        <w:t xml:space="preserve"> </w:t>
      </w:r>
      <w:r>
        <w:t>Monday</w:t>
      </w:r>
      <w:r w:rsidRPr="00AF527E">
        <w:rPr>
          <w:lang w:val="el-GR"/>
        </w:rPr>
        <w:t>» σημαίνει κάθε Δευτέρα.</w:t>
      </w:r>
    </w:p>
    <w:p w14:paraId="1B684C74" w14:textId="77777777" w:rsidR="00807577" w:rsidRPr="00AF527E" w:rsidRDefault="00000000">
      <w:pPr>
        <w:spacing w:after="220"/>
        <w:rPr>
          <w:lang w:val="el-GR"/>
        </w:rPr>
      </w:pPr>
      <w:r w:rsidRPr="00AF527E">
        <w:rPr>
          <w:b/>
          <w:lang w:val="el-GR"/>
        </w:rPr>
        <w:t xml:space="preserve">3. </w:t>
      </w:r>
      <w:r>
        <w:rPr>
          <w:b/>
        </w:rPr>
        <w:t>A</w:t>
      </w:r>
      <w:r w:rsidRPr="00AF527E">
        <w:rPr>
          <w:b/>
          <w:lang w:val="el-GR"/>
        </w:rPr>
        <w:t xml:space="preserve">  </w:t>
      </w:r>
      <w:r w:rsidRPr="00AF527E">
        <w:rPr>
          <w:lang w:val="el-GR"/>
        </w:rPr>
        <w:t>Το «</w:t>
      </w:r>
      <w:r>
        <w:t>count</w:t>
      </w:r>
      <w:r w:rsidRPr="00AF527E">
        <w:rPr>
          <w:lang w:val="el-GR"/>
        </w:rPr>
        <w:t xml:space="preserve"> </w:t>
      </w:r>
      <w:r>
        <w:t>the</w:t>
      </w:r>
      <w:r w:rsidRPr="00AF527E">
        <w:rPr>
          <w:lang w:val="el-GR"/>
        </w:rPr>
        <w:t xml:space="preserve"> </w:t>
      </w:r>
      <w:r>
        <w:t>trees</w:t>
      </w:r>
      <w:r w:rsidRPr="00AF527E">
        <w:rPr>
          <w:lang w:val="el-GR"/>
        </w:rPr>
        <w:t>» σημαίνει ότι μετρούν πόσα είναι τα δέντρα.</w:t>
      </w:r>
    </w:p>
    <w:p w14:paraId="0B49C374" w14:textId="77777777" w:rsidR="00807577" w:rsidRPr="00AF527E" w:rsidRDefault="00000000">
      <w:pPr>
        <w:spacing w:after="220"/>
        <w:rPr>
          <w:lang w:val="el-GR"/>
        </w:rPr>
      </w:pPr>
      <w:r w:rsidRPr="00AF527E">
        <w:rPr>
          <w:b/>
          <w:lang w:val="el-GR"/>
        </w:rPr>
        <w:t xml:space="preserve">4. </w:t>
      </w:r>
      <w:r>
        <w:rPr>
          <w:b/>
        </w:rPr>
        <w:t>D</w:t>
      </w:r>
      <w:r w:rsidRPr="00AF527E">
        <w:rPr>
          <w:b/>
          <w:lang w:val="el-GR"/>
        </w:rPr>
        <w:t xml:space="preserve">  </w:t>
      </w:r>
      <w:r w:rsidRPr="00AF527E">
        <w:rPr>
          <w:lang w:val="el-GR"/>
        </w:rPr>
        <w:t>Το «</w:t>
      </w:r>
      <w:r>
        <w:t>measure</w:t>
      </w:r>
      <w:r w:rsidRPr="00AF527E">
        <w:rPr>
          <w:lang w:val="el-GR"/>
        </w:rPr>
        <w:t xml:space="preserve"> </w:t>
      </w:r>
      <w:r>
        <w:t>their</w:t>
      </w:r>
      <w:r w:rsidRPr="00AF527E">
        <w:rPr>
          <w:lang w:val="el-GR"/>
        </w:rPr>
        <w:t xml:space="preserve"> </w:t>
      </w:r>
      <w:r>
        <w:t>height</w:t>
      </w:r>
      <w:r w:rsidRPr="00AF527E">
        <w:rPr>
          <w:lang w:val="el-GR"/>
        </w:rPr>
        <w:t>» σημαίνει ότι μετρούν το ύψος τους.</w:t>
      </w:r>
    </w:p>
    <w:p w14:paraId="27DBED4B" w14:textId="77777777" w:rsidR="00807577" w:rsidRPr="00AF527E" w:rsidRDefault="00000000">
      <w:pPr>
        <w:spacing w:after="220"/>
        <w:rPr>
          <w:lang w:val="el-GR"/>
        </w:rPr>
      </w:pPr>
      <w:r w:rsidRPr="00AF527E">
        <w:rPr>
          <w:b/>
          <w:lang w:val="el-GR"/>
        </w:rPr>
        <w:t xml:space="preserve">5. </w:t>
      </w:r>
      <w:r>
        <w:rPr>
          <w:b/>
        </w:rPr>
        <w:t>B</w:t>
      </w:r>
      <w:r w:rsidRPr="00AF527E">
        <w:rPr>
          <w:b/>
          <w:lang w:val="el-GR"/>
        </w:rPr>
        <w:t xml:space="preserve">  </w:t>
      </w:r>
      <w:r w:rsidRPr="00AF527E">
        <w:rPr>
          <w:lang w:val="el-GR"/>
        </w:rPr>
        <w:t>Το κείμενο λέει «</w:t>
      </w:r>
      <w:r>
        <w:t>use</w:t>
      </w:r>
      <w:r w:rsidRPr="00AF527E">
        <w:rPr>
          <w:lang w:val="el-GR"/>
        </w:rPr>
        <w:t xml:space="preserve"> </w:t>
      </w:r>
      <w:r>
        <w:t>a</w:t>
      </w:r>
      <w:r w:rsidRPr="00AF527E">
        <w:rPr>
          <w:lang w:val="el-GR"/>
        </w:rPr>
        <w:t xml:space="preserve"> </w:t>
      </w:r>
      <w:r>
        <w:t>map</w:t>
      </w:r>
      <w:r w:rsidRPr="00AF527E">
        <w:rPr>
          <w:lang w:val="el-GR"/>
        </w:rPr>
        <w:t xml:space="preserve"> </w:t>
      </w:r>
      <w:r>
        <w:t>to</w:t>
      </w:r>
      <w:r w:rsidRPr="00AF527E">
        <w:rPr>
          <w:lang w:val="el-GR"/>
        </w:rPr>
        <w:t xml:space="preserve"> </w:t>
      </w:r>
      <w:r>
        <w:t>find</w:t>
      </w:r>
      <w:r w:rsidRPr="00AF527E">
        <w:rPr>
          <w:lang w:val="el-GR"/>
        </w:rPr>
        <w:t xml:space="preserve"> </w:t>
      </w:r>
      <w:r>
        <w:t>the</w:t>
      </w:r>
      <w:r w:rsidRPr="00AF527E">
        <w:rPr>
          <w:lang w:val="el-GR"/>
        </w:rPr>
        <w:t xml:space="preserve"> </w:t>
      </w:r>
      <w:r>
        <w:t>trees</w:t>
      </w:r>
      <w:r w:rsidRPr="00AF527E">
        <w:rPr>
          <w:lang w:val="el-GR"/>
        </w:rPr>
        <w:t>»: χρησιμοποιούν χάρτη.</w:t>
      </w:r>
    </w:p>
    <w:p w14:paraId="3B2B19E8" w14:textId="77777777" w:rsidR="00807577" w:rsidRPr="00AF527E" w:rsidRDefault="00000000">
      <w:pPr>
        <w:spacing w:after="220"/>
        <w:rPr>
          <w:lang w:val="el-GR"/>
        </w:rPr>
      </w:pPr>
      <w:r w:rsidRPr="00AF527E">
        <w:rPr>
          <w:b/>
          <w:lang w:val="el-GR"/>
        </w:rPr>
        <w:t xml:space="preserve">6. </w:t>
      </w:r>
      <w:r>
        <w:rPr>
          <w:b/>
        </w:rPr>
        <w:t>C</w:t>
      </w:r>
      <w:r w:rsidRPr="00AF527E">
        <w:rPr>
          <w:b/>
          <w:lang w:val="el-GR"/>
        </w:rPr>
        <w:t xml:space="preserve">  </w:t>
      </w:r>
      <w:r w:rsidRPr="00AF527E">
        <w:rPr>
          <w:lang w:val="el-GR"/>
        </w:rPr>
        <w:t>Το «</w:t>
      </w:r>
      <w:r>
        <w:t>put</w:t>
      </w:r>
      <w:r w:rsidRPr="00AF527E">
        <w:rPr>
          <w:lang w:val="el-GR"/>
        </w:rPr>
        <w:t xml:space="preserve"> </w:t>
      </w:r>
      <w:r>
        <w:t>the</w:t>
      </w:r>
      <w:r w:rsidRPr="00AF527E">
        <w:rPr>
          <w:lang w:val="el-GR"/>
        </w:rPr>
        <w:t xml:space="preserve"> </w:t>
      </w:r>
      <w:r>
        <w:t>numbers</w:t>
      </w:r>
      <w:r w:rsidRPr="00AF527E">
        <w:rPr>
          <w:lang w:val="el-GR"/>
        </w:rPr>
        <w:t xml:space="preserve"> </w:t>
      </w:r>
      <w:r>
        <w:t>in</w:t>
      </w:r>
      <w:r w:rsidRPr="00AF527E">
        <w:rPr>
          <w:lang w:val="el-GR"/>
        </w:rPr>
        <w:t xml:space="preserve"> </w:t>
      </w:r>
      <w:r>
        <w:t>a</w:t>
      </w:r>
      <w:r w:rsidRPr="00AF527E">
        <w:rPr>
          <w:lang w:val="el-GR"/>
        </w:rPr>
        <w:t xml:space="preserve"> </w:t>
      </w:r>
      <w:r>
        <w:t>table</w:t>
      </w:r>
      <w:r w:rsidRPr="00AF527E">
        <w:rPr>
          <w:lang w:val="el-GR"/>
        </w:rPr>
        <w:t>» σημαίνει ότι βάζουν τους αριθμούς σε πίνακα.</w:t>
      </w:r>
    </w:p>
    <w:p w14:paraId="7F8DB3F1" w14:textId="77777777" w:rsidR="00807577" w:rsidRPr="00AF527E" w:rsidRDefault="00000000">
      <w:pPr>
        <w:spacing w:after="220"/>
        <w:rPr>
          <w:lang w:val="el-GR"/>
        </w:rPr>
      </w:pPr>
      <w:r w:rsidRPr="00AF527E">
        <w:rPr>
          <w:b/>
          <w:lang w:val="el-GR"/>
        </w:rPr>
        <w:t xml:space="preserve">7. </w:t>
      </w:r>
      <w:r>
        <w:rPr>
          <w:b/>
        </w:rPr>
        <w:t>A</w:t>
      </w:r>
      <w:r w:rsidRPr="00AF527E">
        <w:rPr>
          <w:b/>
          <w:lang w:val="el-GR"/>
        </w:rPr>
        <w:t xml:space="preserve">  </w:t>
      </w:r>
      <w:r w:rsidRPr="00AF527E">
        <w:rPr>
          <w:lang w:val="el-GR"/>
        </w:rPr>
        <w:t>Το «</w:t>
      </w:r>
      <w:r>
        <w:t>write</w:t>
      </w:r>
      <w:r w:rsidRPr="00AF527E">
        <w:rPr>
          <w:lang w:val="el-GR"/>
        </w:rPr>
        <w:t xml:space="preserve"> </w:t>
      </w:r>
      <w:r>
        <w:t>a</w:t>
      </w:r>
      <w:r w:rsidRPr="00AF527E">
        <w:rPr>
          <w:lang w:val="el-GR"/>
        </w:rPr>
        <w:t xml:space="preserve"> </w:t>
      </w:r>
      <w:r>
        <w:t>short</w:t>
      </w:r>
      <w:r w:rsidRPr="00AF527E">
        <w:rPr>
          <w:lang w:val="el-GR"/>
        </w:rPr>
        <w:t xml:space="preserve"> </w:t>
      </w:r>
      <w:r>
        <w:t>report</w:t>
      </w:r>
      <w:r w:rsidRPr="00AF527E">
        <w:rPr>
          <w:lang w:val="el-GR"/>
        </w:rPr>
        <w:t>» σημαίνει ότι γράφουν μια σύντομη έκθεση.</w:t>
      </w:r>
    </w:p>
    <w:p w14:paraId="7A3D1C82" w14:textId="77777777" w:rsidR="00807577" w:rsidRPr="00AF527E" w:rsidRDefault="00000000">
      <w:pPr>
        <w:spacing w:after="220"/>
        <w:rPr>
          <w:lang w:val="el-GR"/>
        </w:rPr>
      </w:pPr>
      <w:r w:rsidRPr="00AF527E">
        <w:rPr>
          <w:b/>
          <w:lang w:val="el-GR"/>
        </w:rPr>
        <w:t xml:space="preserve">8. </w:t>
      </w:r>
      <w:r>
        <w:rPr>
          <w:b/>
        </w:rPr>
        <w:t>D</w:t>
      </w:r>
      <w:r w:rsidRPr="00AF527E">
        <w:rPr>
          <w:b/>
          <w:lang w:val="el-GR"/>
        </w:rPr>
        <w:t xml:space="preserve">  </w:t>
      </w:r>
      <w:r w:rsidRPr="00AF527E">
        <w:rPr>
          <w:lang w:val="el-GR"/>
        </w:rPr>
        <w:t>Η φράση «</w:t>
      </w:r>
      <w:r>
        <w:t>in</w:t>
      </w:r>
      <w:r w:rsidRPr="00AF527E">
        <w:rPr>
          <w:lang w:val="el-GR"/>
        </w:rPr>
        <w:t xml:space="preserve"> </w:t>
      </w:r>
      <w:r>
        <w:t>English</w:t>
      </w:r>
      <w:r w:rsidRPr="00AF527E">
        <w:rPr>
          <w:lang w:val="el-GR"/>
        </w:rPr>
        <w:t>» δηλώνει ότι η έκθεση είναι στα αγγλικά.</w:t>
      </w:r>
    </w:p>
    <w:p w14:paraId="157BA017" w14:textId="77777777" w:rsidR="00807577" w:rsidRPr="00AF527E" w:rsidRDefault="00000000">
      <w:pPr>
        <w:spacing w:after="220"/>
        <w:rPr>
          <w:lang w:val="el-GR"/>
        </w:rPr>
      </w:pPr>
      <w:r w:rsidRPr="00AF527E">
        <w:rPr>
          <w:b/>
          <w:lang w:val="el-GR"/>
        </w:rPr>
        <w:t xml:space="preserve">9. </w:t>
      </w:r>
      <w:r>
        <w:rPr>
          <w:b/>
        </w:rPr>
        <w:t>B</w:t>
      </w:r>
      <w:r w:rsidRPr="00AF527E">
        <w:rPr>
          <w:b/>
          <w:lang w:val="el-GR"/>
        </w:rPr>
        <w:t xml:space="preserve">  </w:t>
      </w:r>
      <w:r w:rsidRPr="00AF527E">
        <w:rPr>
          <w:lang w:val="el-GR"/>
        </w:rPr>
        <w:t>Το μήνυμα λέει «</w:t>
      </w:r>
      <w:r>
        <w:t>Our</w:t>
      </w:r>
      <w:r w:rsidRPr="00AF527E">
        <w:rPr>
          <w:lang w:val="el-GR"/>
        </w:rPr>
        <w:t xml:space="preserve"> </w:t>
      </w:r>
      <w:r>
        <w:t>online</w:t>
      </w:r>
      <w:r w:rsidRPr="00AF527E">
        <w:rPr>
          <w:lang w:val="el-GR"/>
        </w:rPr>
        <w:t xml:space="preserve"> </w:t>
      </w:r>
      <w:r>
        <w:t>meeting</w:t>
      </w:r>
      <w:r w:rsidRPr="00AF527E">
        <w:rPr>
          <w:lang w:val="el-GR"/>
        </w:rPr>
        <w:t xml:space="preserve"> </w:t>
      </w:r>
      <w:r>
        <w:t>is</w:t>
      </w:r>
      <w:r w:rsidRPr="00AF527E">
        <w:rPr>
          <w:lang w:val="el-GR"/>
        </w:rPr>
        <w:t xml:space="preserve"> </w:t>
      </w:r>
      <w:r>
        <w:t>on</w:t>
      </w:r>
      <w:r w:rsidRPr="00AF527E">
        <w:rPr>
          <w:lang w:val="el-GR"/>
        </w:rPr>
        <w:t xml:space="preserve"> </w:t>
      </w:r>
      <w:r>
        <w:t>Tuesday</w:t>
      </w:r>
      <w:r w:rsidRPr="00AF527E">
        <w:rPr>
          <w:lang w:val="el-GR"/>
        </w:rPr>
        <w:t>»: η συνάντηση είναι την Τρίτη.</w:t>
      </w:r>
    </w:p>
    <w:p w14:paraId="42B94562" w14:textId="77777777" w:rsidR="00807577" w:rsidRPr="00AF527E" w:rsidRDefault="00000000">
      <w:pPr>
        <w:spacing w:after="220"/>
        <w:rPr>
          <w:lang w:val="el-GR"/>
        </w:rPr>
      </w:pPr>
      <w:r w:rsidRPr="00AF527E">
        <w:rPr>
          <w:b/>
          <w:lang w:val="el-GR"/>
        </w:rPr>
        <w:t xml:space="preserve">10. </w:t>
      </w:r>
      <w:r>
        <w:rPr>
          <w:b/>
        </w:rPr>
        <w:t>C</w:t>
      </w:r>
      <w:r w:rsidRPr="00AF527E">
        <w:rPr>
          <w:b/>
          <w:lang w:val="el-GR"/>
        </w:rPr>
        <w:t xml:space="preserve">  </w:t>
      </w:r>
      <w:r w:rsidRPr="00AF527E">
        <w:rPr>
          <w:lang w:val="el-GR"/>
        </w:rPr>
        <w:t>Η οδηγία «</w:t>
      </w:r>
      <w:r>
        <w:t>Please</w:t>
      </w:r>
      <w:r w:rsidRPr="00AF527E">
        <w:rPr>
          <w:lang w:val="el-GR"/>
        </w:rPr>
        <w:t xml:space="preserve"> </w:t>
      </w:r>
      <w:r>
        <w:t>read</w:t>
      </w:r>
      <w:r w:rsidRPr="00AF527E">
        <w:rPr>
          <w:lang w:val="el-GR"/>
        </w:rPr>
        <w:t xml:space="preserve"> </w:t>
      </w:r>
      <w:r>
        <w:t>the</w:t>
      </w:r>
      <w:r w:rsidRPr="00AF527E">
        <w:rPr>
          <w:lang w:val="el-GR"/>
        </w:rPr>
        <w:t xml:space="preserve"> </w:t>
      </w:r>
      <w:r>
        <w:t>forest</w:t>
      </w:r>
      <w:r w:rsidRPr="00AF527E">
        <w:rPr>
          <w:lang w:val="el-GR"/>
        </w:rPr>
        <w:t xml:space="preserve"> </w:t>
      </w:r>
      <w:r>
        <w:t>report</w:t>
      </w:r>
      <w:r w:rsidRPr="00AF527E">
        <w:rPr>
          <w:lang w:val="el-GR"/>
        </w:rPr>
        <w:t>» ζητά να διαβάσετε την έκθεση για το δάσος.</w:t>
      </w:r>
    </w:p>
    <w:p w14:paraId="58A78ED3" w14:textId="77777777" w:rsidR="00807577" w:rsidRPr="00AF527E" w:rsidRDefault="00000000">
      <w:pPr>
        <w:pStyle w:val="21"/>
        <w:rPr>
          <w:lang w:val="el-GR"/>
        </w:rPr>
      </w:pPr>
      <w:r w:rsidRPr="00AF527E">
        <w:rPr>
          <w:lang w:val="el-GR"/>
        </w:rPr>
        <w:t>Πώς χρησιμοποιείται το αποτέλεσμα</w:t>
      </w:r>
    </w:p>
    <w:p w14:paraId="070564EB" w14:textId="32E131BF" w:rsidR="00AF527E" w:rsidRPr="00AF527E" w:rsidRDefault="00000000" w:rsidP="00AF527E">
      <w:pPr>
        <w:rPr>
          <w:lang w:val="el-GR"/>
        </w:rPr>
      </w:pPr>
      <w:r w:rsidRPr="00AF527E">
        <w:rPr>
          <w:lang w:val="el-GR"/>
        </w:rPr>
        <w:t xml:space="preserve">Το αποτέλεσμα αφορά μόνο </w:t>
      </w:r>
      <w:r w:rsidR="00AF527E">
        <w:rPr>
          <w:lang w:val="el-GR"/>
        </w:rPr>
        <w:t xml:space="preserve">σε </w:t>
      </w:r>
      <w:r w:rsidRPr="00AF527E">
        <w:rPr>
          <w:lang w:val="el-GR"/>
        </w:rPr>
        <w:t xml:space="preserve">αυτό το εισαγωγικό δείγμα. Δεν αποτελεί βαθμό εισαγωγής ή πιστοποίηση επιπέδου αγγλικών. </w:t>
      </w:r>
      <w:r w:rsidR="00AF527E" w:rsidRPr="00AF527E">
        <w:rPr>
          <w:lang w:val="el-GR"/>
        </w:rPr>
        <w:t xml:space="preserve">Η ακριβής ημερομηνία, η ώρα και οι πρακτικές οδηγίες συμμετοχής στη γραπτή εξέταση αγγλικών θα κοινοποιηθούν, μετά τη λήξη της προθεσμίας υποβολής αιτήσεων, στους υποψηφίους για τους οποίους απαιτείται εξέταση. </w:t>
      </w:r>
      <w:r w:rsidR="00AF527E" w:rsidRPr="00AF527E">
        <w:t>Η ενημέρωση θα γίνει εγκαίρως πριν από την εξέταση.</w:t>
      </w:r>
    </w:p>
    <w:p w14:paraId="2F1F26C5" w14:textId="74FD3ED8" w:rsidR="00807577" w:rsidRPr="00AF527E" w:rsidRDefault="00807577">
      <w:pPr>
        <w:rPr>
          <w:lang w:val="el-GR"/>
        </w:rPr>
      </w:pPr>
    </w:p>
    <w:sectPr w:rsidR="00807577" w:rsidRPr="00AF527E" w:rsidSect="00034616">
      <w:headerReference w:type="default" r:id="rId8"/>
      <w:footerReference w:type="default" r:id="rId9"/>
      <w:pgSz w:w="12240" w:h="15840"/>
      <w:pgMar w:top="936" w:right="1152" w:bottom="936" w:left="1152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34309" w14:textId="77777777" w:rsidR="00A24426" w:rsidRDefault="00A24426">
      <w:pPr>
        <w:spacing w:after="0" w:line="240" w:lineRule="auto"/>
      </w:pPr>
      <w:r>
        <w:separator/>
      </w:r>
    </w:p>
  </w:endnote>
  <w:endnote w:type="continuationSeparator" w:id="0">
    <w:p w14:paraId="0AE623FC" w14:textId="77777777" w:rsidR="00A24426" w:rsidRDefault="00A24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697B0" w14:textId="77777777" w:rsidR="00807577" w:rsidRDefault="00000000">
    <w:pPr>
      <w:pStyle w:val="a6"/>
    </w:pPr>
    <w:r>
      <w:rPr>
        <w:sz w:val="16"/>
      </w:rPr>
      <w:t>ΕΝΔΕΙΚΤΙΚΟ ΔΕΙΓΜΑ ΕΞΑΣΚΗΣΗΣ  •  26 Σεπτεμβρίου 2026</w:t>
    </w:r>
    <w:r>
      <w:t xml:space="preserve">       Σελίδα </w:t>
    </w:r>
    <w:r>
      <w:fldChar w:fldCharType="begin"/>
    </w:r>
    <w:r>
      <w:instrText>PAGE</w:instrText>
    </w:r>
    <w:r>
      <w:fldChar w:fldCharType="separate"/>
    </w:r>
    <w:r w:rsidR="00AF527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0E181" w14:textId="77777777" w:rsidR="00A24426" w:rsidRDefault="00A24426">
      <w:pPr>
        <w:spacing w:after="0" w:line="240" w:lineRule="auto"/>
      </w:pPr>
      <w:r>
        <w:separator/>
      </w:r>
    </w:p>
  </w:footnote>
  <w:footnote w:type="continuationSeparator" w:id="0">
    <w:p w14:paraId="5CD8E06F" w14:textId="77777777" w:rsidR="00A24426" w:rsidRDefault="00A24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E7C81" w14:textId="77777777" w:rsidR="00807577" w:rsidRDefault="00000000">
    <w:r>
      <w:rPr>
        <w:sz w:val="16"/>
      </w:rPr>
      <w:t>ΠΜΣ ΑΠΟΓΡΑΦΗ ΚΑΙ ΠΑΡΑΚΟΛΟΥΘΗΣΗ ΔΑΣΩΝ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3313375">
    <w:abstractNumId w:val="8"/>
  </w:num>
  <w:num w:numId="2" w16cid:durableId="2047900752">
    <w:abstractNumId w:val="6"/>
  </w:num>
  <w:num w:numId="3" w16cid:durableId="868225762">
    <w:abstractNumId w:val="5"/>
  </w:num>
  <w:num w:numId="4" w16cid:durableId="744914455">
    <w:abstractNumId w:val="4"/>
  </w:num>
  <w:num w:numId="5" w16cid:durableId="5057247">
    <w:abstractNumId w:val="7"/>
  </w:num>
  <w:num w:numId="6" w16cid:durableId="21171484">
    <w:abstractNumId w:val="3"/>
  </w:num>
  <w:num w:numId="7" w16cid:durableId="2125273389">
    <w:abstractNumId w:val="2"/>
  </w:num>
  <w:num w:numId="8" w16cid:durableId="272590444">
    <w:abstractNumId w:val="1"/>
  </w:num>
  <w:num w:numId="9" w16cid:durableId="310065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1D8B"/>
    <w:rsid w:val="00807577"/>
    <w:rsid w:val="00A24426"/>
    <w:rsid w:val="00AA1D8D"/>
    <w:rsid w:val="00AF527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9355CF"/>
  <w14:defaultImageDpi w14:val="300"/>
  <w15:docId w15:val="{0DADBB32-8842-45FF-8FBE-D676A0B1E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Liberation Sans" w:eastAsia="Liberation Sans" w:hAnsi="Liberation Sans" w:cs="Liberation Sans"/>
      <w:color w:val="00000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200" w:after="140"/>
      <w:outlineLvl w:val="0"/>
    </w:pPr>
    <w:rPr>
      <w:b/>
      <w:bCs/>
      <w:sz w:val="32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160" w:after="100"/>
      <w:outlineLvl w:val="1"/>
    </w:pPr>
    <w:rPr>
      <w:b/>
      <w:bCs/>
      <w:sz w:val="24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spacing w:after="180" w:line="240" w:lineRule="auto"/>
      <w:contextualSpacing/>
    </w:pPr>
    <w:rPr>
      <w:spacing w:val="5"/>
      <w:kern w:val="28"/>
      <w:sz w:val="46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i/>
      <w:iCs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567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Ενδεικτικό δείγμα αγγλικών για υποψηφίους ΠΜΣ</dc:title>
  <dc:subject>Εξάσκηση στην κατανόηση αγγλικού κειμένου</dc:subject>
  <dc:creator/>
  <cp:keywords>ΠΜΣ, αγγλικά, εξάσκηση, ενδεικτικό δείγμα</cp:keywords>
  <dc:description>generated by python-docx</dc:description>
  <cp:lastModifiedBy> </cp:lastModifiedBy>
  <cp:revision>3</cp:revision>
  <dcterms:created xsi:type="dcterms:W3CDTF">2013-12-23T23:15:00Z</dcterms:created>
  <dcterms:modified xsi:type="dcterms:W3CDTF">2026-09-25T21:36:00Z</dcterms:modified>
  <cp:category/>
</cp:coreProperties>
</file>